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בונים לוח בחירה לטקסט סיפורי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בניית לוח בחירה לסיפור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ההבדל בין משימת הבנה למשימת 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להתנסות בבחירת משימות מתאימות לסיפור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מבנה ללוח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לבדוק הבנה של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רצף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להעתיק קישור ולשלוח לתלמידים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בשורה הראשונה בוחרים משימת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אפשרות כזו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היא בודקת הבנה של תכונות הדמות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זו משימה יצירתית, לא משימת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מתואר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יצירה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המשימה לתיאור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(סידור האירועים בסיפור לפי הסדר)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(תיאור תכונות ומאפיינים של דמות)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(זיהוי הבעיה המרכזית בעלילה)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(כתיבה בגוף ראשון מנקודת מבט של דמות)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(דיבור פנימי של דמות אחת)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בניית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מבנה ללוח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כותבים את שם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משימת הבנה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בוחרים משימת יצירה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מעתיקים את הקישור ושולחים לכיתה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תכיל משימת הבנה אחת, משימת יצירה אחת, והסבר קצר מתאים לסיפור שנבחר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הסבר יכלול: הבנה בודקת מה קרה בסיפור, יצירה מוסיפה משהו חדש; דוגמה לכל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שהבנה בודקת הבנה בסיפור ויצירה מוסיפה תוצר 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יודע שבצעד הראשון בוחרים מבנה ללוח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נותן דוגמה מתאימה מכל 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דוגמת לוח אמיתי מהמסך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כל תרגיל לסיפור שהכיתה למדה לאחרונה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לתת זמן לשיתוף בין זוגות לפני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בונים לוח בחירה לטקסט סיפורי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הדרך לבנות לוח בחירה לסיפור: בחירת מבנה, הזנת שם הסיפור, ובחירת משימת הבנה ומשימת יצירה.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צעדים יש בתהליך בניית לוח בחירה לכיתה?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בוחרים ראשון כשבונים 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משימה יצירתית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מבנה ללוח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קישור לשליחה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המטרה של השורה הראשונה בלוח?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לבחור משימה יצירתית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לבדוק הבנה של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לשלוח קישור לתלמידים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לבחור מבנה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מהמשימות הבאות בודקת הבנה של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דף יומן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רצף העלילה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קומיקס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פסקול לסיפור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אפשר לעשות אחרי שהלוח מוכן?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למחוק אותו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להעתיק קישור ולשלוח לתלמידים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לבחור מבנה חדש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שם הסיפור מחדש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בשורה הראשונה בלוח בוחרים משימה יצירתית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באפשרות משימות ברירת מחדל במקום לבחור 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דמות הוא משימה שעוסקת בהבנת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ביקורת בכוכבים היא משימה שבודקת רק הבנה בסיסית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תלמיד ותלמידה עובדים במכשיר שלהם והתשובות נשמרות אצלם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שבוחרים משימות, צריך לבחור __________ ללוח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בשלב השני מזינים את __________ של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בשורה הראשונה בוחרים משימת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בשורה השנייה בוחרים משימת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המשימה לתיאור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רצף העלילה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כתיבה בגוף ראשון מנקודת מבט של דמות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כרטיס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זיהוי הבעיה המרכזית בעלילה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הקונפליקט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דיבור פנימי של דמות אחת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דף יומן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תיאור תכונות ומאפיינים של דמות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מונולוג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סידור האירועים בסיפור לפי הסדר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בניית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מעתיקים את הקישור ושולחים לכיתה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מבנה ללוח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משימת יצירה אחת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את שם הסיפור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משימת הבנה אחת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סיפור שלמדתם וכתבו איזו משימת הבנה ואיזו משימת יצירה הייתם בוחרים ללוח שלו,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משימת הבנה למשימת יצירה, עם דוגמה אחת מכל סוג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משימת הבנה למשימת יצירה?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בוחרים בצעד הראשון בבניית הלוח?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למשימת הבנה ואחת למשימת יצירה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בונים לוח בחירה לטקסט סיפורי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