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בניית לוח בחירה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ההבדל בין משימת הבנה למשימת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בבחירת משימות מתאימות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מבנה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לבדוק הבנה של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להעתיק קישור ולשלוח לתלמידים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בשורה הראשונה בוחרים משימת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אפשרות כזו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בודקת הבנה של תכונות הדמות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משימה יצירתית, לא משימת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המשימה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(סידור האירועים בסיפור לפי הסדר)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(תיאור תכונות ומאפיינים של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(זיהוי הבעיה המרכזית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(כתיבה בגוף ראשון מנקודת מבט של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(דיבור פנימי של דמות אחת)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מבנה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משימת הבנה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משימת יצירה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מעתיקים את הקישור ושולחים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תכיל משימת הבנה אחת, משימת יצירה אחת, והסבר קצר מתאים לסיפור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יכלול: הבנה בודקת מה קרה בסיפור, יצירה מוסיפה משהו חדש; דוגמה לכל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שהבנה בודקת הבנה בסיפור ויצירה מוסיפה תוצר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שבצעד הראשון בוחרים מבנה ללוח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מתאימה מכל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דוגמת לוח אמיתי מהמסך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תרגיל לסיפור שהכיתה למדה לאחרונה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זמן לשיתוף בין 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בונים לוח בחירה לסיפור, שלב אחרי שלב, פשוט ובקצרה.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בוחרים משימות לתרגול 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שבה מסודרות המשימות בלוח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הבעיה המרכזית שקורית לדמות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פנימי של דמות אחת בלבד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 העלילה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האירועים בסיפור מההתחלה לסוף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קצר של תכונות הדמות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דף יומן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בגוף ראשון בשם דמות מהסיפור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משימת יצירה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משימה שבה יוצרים משהו חדש בעקבות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שלבים יש בבניית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בצעד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מבנה ללוח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קישור לשליחה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מיועדת השורה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משימה יצירתית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הבנה של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קישור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מבנה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משימה עוסקת בהבנה ולא ביצירה?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דף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פסקול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עם הלוח המוכן?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אותו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להעתיק קישור ולשלוח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מבנה חדש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שם הסיפור מחדש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בשורה הראשונה בלוח בוחרים משימה יצירתית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באפשרות משימות ברירת מחדל במקום לבחור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דמות הוא משימה שעוסקת בהבנת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בכוכבים היא משימה שבודקת רק הבנה בסיסית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ותלמידה עובדים במכשיר שלהם והתשובות נשמרות אצלם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שבוחרים משימות, צריך לבחור __________ ללוח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השני מזינים את __________ של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בשורה הראשונה בוחרים משימת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בשורה השנייה בוחרים משימת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המשימה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כתיבה בגוף ראשון מנקודת מבט של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סידור האירועים בסיפור לפי הסדר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תיאור תכונות ומאפיינים של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דף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דיבור פנימי של דמות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זיהוי הבעיה המרכזית בעלילה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משימת הבנה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משימת יצירה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מעתיקים את הקישור ושולחים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מבנה ללוח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שם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סיפור שלמדתם וכתבו איזו משימת הבנה ואיזו משימת יצירה הייתם בוחרים ללוח שלו,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משימת הבנה למשימת יצירה, עם דוגמה אחת מכל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משימת הבנה למשימת יצירה?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בוחרים בצעד הראשון בבניית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למשימת הבנה ואחת למשימת יצירה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לוח בחירה לטקסט סיפורי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