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לוח בחירה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ההבדל בין משימת הבנה למשימת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בבחירת משימות מתאימות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מבנה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לבדוק הבנה של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בשורה הראשונה בוחרים משימת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אפשרות כזו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בודקת הבנה של תכונות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(סידור האירועים בסיפור לפי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(תיאור תכונות ומאפיינים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(זיהוי הבעיה המרכזית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(כתיבה בגוף ראשון מנקודת מבט של 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מבנה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משימת הבנה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משימת יצירה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תכיל משימת הבנה אחת, משימת יצירה אחת, והסבר קצר מתאים לסיפור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שהבנה בודקת הבנה בסיפור ויצירה מוסיפה תוצר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שבצעד הראשון בוחרים מבנה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מתאימה מכל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דוגמת לוח אמיתי מהמסך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תרגיל לסיפור שהכיתה למדה לאחרונה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לשיתוף בין 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הדרך לבנות לוח בחירה לסיפור: בחירת מבנה, הזנת שם הסיפור, ובחירת משימת הבנה ומשימת יצירה.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שם  ·  מבנה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צעדים יש בתהליך בניית לוח בחירה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בוחרים ראשון כשבונים 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משימה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מבנה ללוח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המטרה של השורה הראשונה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לבחור משימה יצירתית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לבדוק הבנה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לשלוח קישור לתלמידים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בשורה הראשונה בלוח בוחרים משימה יצירתית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באפשרות משימות ברירת מחדל במקום לבחור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דמות הוא משימה שעוסקת בהבנת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שבוחרים משימות, צריך לבחור __________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השני מזינים את __________ של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תיאור תכונות ומאפיינים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זיהוי הבעיה המרכזית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כתיבה בגוף ראשון מנקודת מבט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דף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סידור האירועים בסיפור לפי הסדר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שם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משימת יצירה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מבנה ללוח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משימת הבנה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סיפור שלמדתם וכתבו איזו משימת הבנה ואיזו משימת יצירה הייתם בוחרים ללוח שלו,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משימת הבנה למשימת 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בוחרים בצעד הראשון בבניית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לוח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